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Yu Mincho" w:hAnsi="Yu Mincho" w:eastAsia="Yu Mincho"/>
          <w:b w:val="0"/>
          <w:sz w:val="28"/>
        </w:rPr>
        <w:t>精神科特別訪問看護指示書</w:t>
      </w:r>
    </w:p>
    <w:p>
      <w:pPr>
        <w:spacing w:before="0" w:after="40"/>
        <w:jc w:val="right"/>
      </w:pPr>
      <w:r>
        <w:rPr>
          <w:rFonts w:ascii="Yu Mincho" w:hAnsi="Yu Mincho" w:eastAsia="Yu Mincho"/>
          <w:b w:val="0"/>
          <w:sz w:val="19"/>
        </w:rPr>
        <w:t>※該当する指示書を○で囲むこと</w:t>
      </w:r>
    </w:p>
    <w:p>
      <w:pPr>
        <w:spacing w:before="0" w:after="40"/>
        <w:jc w:val="center"/>
      </w:pPr>
      <w:r>
        <w:rPr>
          <w:rFonts w:ascii="Yu Mincho" w:hAnsi="Yu Mincho" w:eastAsia="Yu Mincho"/>
          <w:b w:val="0"/>
          <w:sz w:val="19"/>
        </w:rPr>
        <w:t>特別看護指示期間（西暦　　　年　　　月　　　日 ～　　　年　　　月　　　日）</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5216"/>
        <w:gridCol w:w="5216"/>
      </w:tblGrid>
      <w:tr>
        <w:trPr>
          <w:trHeight w:val="1020" w:hRule="atLeast"/>
        </w:trPr>
        <w:tc>
          <w:tcPr>
            <w:tcW w:type="dxa" w:w="4422"/>
            <w:tcMar>
              <w:top w:w="30" w:type="dxa"/>
              <w:start w:w="45" w:type="dxa"/>
              <w:bottom w:w="30" w:type="dxa"/>
              <w:end w:w="45" w:type="dxa"/>
            </w:tcMar>
            <w:vAlign w:val="top"/>
          </w:tcPr>
          <w:p>
            <w:pPr>
              <w:spacing w:after="0" w:before="0"/>
            </w:pPr>
            <w:r>
              <w:rPr>
                <w:rFonts w:ascii="Yu Mincho" w:hAnsi="Yu Mincho" w:eastAsia="Yu Mincho"/>
                <w:b w:val="0"/>
                <w:sz w:val="19"/>
              </w:rPr>
              <w:t>（ふりがな）</w:t>
              <w:br/>
              <w:t>患者氏名</w:t>
            </w:r>
          </w:p>
        </w:tc>
        <w:tc>
          <w:tcPr>
            <w:tcW w:type="dxa" w:w="6009"/>
            <w:tcMar>
              <w:top w:w="30" w:type="dxa"/>
              <w:start w:w="45" w:type="dxa"/>
              <w:bottom w:w="30" w:type="dxa"/>
              <w:end w:w="45" w:type="dxa"/>
            </w:tcMar>
            <w:vAlign w:val="top"/>
          </w:tcPr>
          <w:p>
            <w:pPr>
              <w:spacing w:after="0" w:before="0"/>
            </w:pPr>
            <w:r>
              <w:rPr>
                <w:rFonts w:ascii="Yu Mincho" w:hAnsi="Yu Mincho" w:eastAsia="Yu Mincho"/>
                <w:b w:val="0"/>
                <w:sz w:val="19"/>
              </w:rPr>
              <w:t>生年月日　　明・大・昭・平　　　年　　　月　　　日</w:t>
              <w:br/>
              <w:t xml:space="preserve">　　　　　　　　　　　　　　　（ 男 ・ 女 ） （　　　歳）</w:t>
            </w:r>
          </w:p>
        </w:tc>
      </w:tr>
      <w:tr>
        <w:trPr>
          <w:trHeight w:val="2835" w:hRule="atLeast"/>
        </w:trPr>
        <w:tc>
          <w:tcPr>
            <w:tcW w:type="dxa" w:w="10431"/>
            <w:gridSpan w:val="2"/>
            <w:tcMar>
              <w:top w:w="30" w:type="dxa"/>
              <w:start w:w="45" w:type="dxa"/>
              <w:bottom w:w="30" w:type="dxa"/>
              <w:end w:w="45" w:type="dxa"/>
            </w:tcMar>
            <w:vAlign w:val="top"/>
          </w:tcPr>
          <w:p>
            <w:pPr>
              <w:spacing w:after="0" w:before="0"/>
            </w:pPr>
            <w:r>
              <w:rPr>
                <w:rFonts w:ascii="Yu Mincho" w:hAnsi="Yu Mincho" w:eastAsia="Yu Mincho"/>
                <w:b w:val="0"/>
                <w:sz w:val="19"/>
              </w:rPr>
              <w:t>病状・主訴：</w:t>
              <w:br/>
              <w:br/>
              <w:br/>
              <w:br/>
              <w:br/>
              <w:t>一時的に訪問看護が頻回に必要な理由：</w:t>
            </w:r>
          </w:p>
        </w:tc>
      </w:tr>
      <w:tr>
        <w:trPr>
          <w:trHeight w:val="4195" w:hRule="atLeast"/>
        </w:trPr>
        <w:tc>
          <w:tcPr>
            <w:tcW w:type="dxa" w:w="10431"/>
            <w:gridSpan w:val="2"/>
            <w:tcMar>
              <w:top w:w="30" w:type="dxa"/>
              <w:start w:w="45" w:type="dxa"/>
              <w:bottom w:w="30" w:type="dxa"/>
              <w:end w:w="45" w:type="dxa"/>
            </w:tcMar>
            <w:vAlign w:val="top"/>
          </w:tcPr>
          <w:p>
            <w:pPr>
              <w:spacing w:after="0" w:line="240" w:lineRule="auto" w:before="0"/>
            </w:pPr>
            <w:r>
              <w:rPr>
                <w:rFonts w:ascii="Yu Mincho" w:hAnsi="Yu Mincho" w:eastAsia="Yu Mincho"/>
                <w:b w:val="0"/>
                <w:sz w:val="17"/>
              </w:rPr>
              <w:t>留意事項及び指示事項</w:t>
              <w:br/>
            </w:r>
            <w:r>
              <w:rPr>
                <w:rFonts w:ascii="Yu Mincho" w:hAnsi="Yu Mincho" w:eastAsia="Yu Mincho"/>
                <w:b w:val="0"/>
                <w:sz w:val="15"/>
              </w:rPr>
              <w:t>（該当する項目に○をつけてください）</w:t>
              <w:br/>
            </w:r>
            <w:r>
              <w:rPr>
                <w:rFonts w:ascii="Yu Mincho" w:hAnsi="Yu Mincho" w:eastAsia="Yu Mincho"/>
                <w:b w:val="0"/>
                <w:sz w:val="17"/>
              </w:rPr>
              <w:t xml:space="preserve">　複数名訪問の必要性　　　あり　・　なし</w:t>
              <w:br/>
            </w:r>
            <w:r>
              <w:rPr>
                <w:rFonts w:ascii="Yu Mincho" w:hAnsi="Yu Mincho" w:eastAsia="Yu Mincho"/>
                <w:b w:val="0"/>
                <w:sz w:val="15"/>
              </w:rPr>
              <w:t xml:space="preserve">　複数名訪問の理由　　　　1. 暴力行為、著しい迷惑行為、器物破損などが認められる者</w:t>
              <w:br/>
            </w:r>
            <w:r>
              <w:rPr>
                <w:rFonts w:ascii="Yu Mincho" w:hAnsi="Yu Mincho" w:eastAsia="Yu Mincho"/>
                <w:b w:val="0"/>
                <w:sz w:val="15"/>
              </w:rPr>
              <w:t xml:space="preserve">　　　　　　　　　　　　2. 利用者の身体的理由により一人の看護師等による訪問看護が困難と認められる者</w:t>
              <w:br/>
            </w:r>
            <w:r>
              <w:rPr>
                <w:rFonts w:ascii="Yu Mincho" w:hAnsi="Yu Mincho" w:eastAsia="Yu Mincho"/>
                <w:b w:val="0"/>
                <w:sz w:val="15"/>
              </w:rPr>
              <w:t xml:space="preserve">　　　　　　　　　　　　3. 利用者及びその家族それぞれへの支援が必要な者</w:t>
              <w:br/>
            </w:r>
            <w:r>
              <w:rPr>
                <w:rFonts w:ascii="Yu Mincho" w:hAnsi="Yu Mincho" w:eastAsia="Yu Mincho"/>
                <w:b w:val="0"/>
                <w:sz w:val="15"/>
              </w:rPr>
              <w:t xml:space="preserve">　　　　　　　　　　　　4. その他（自由記載）</w:t>
              <w:br/>
            </w:r>
            <w:r>
              <w:rPr>
                <w:rFonts w:ascii="Yu Mincho" w:hAnsi="Yu Mincho" w:eastAsia="Yu Mincho"/>
                <w:b w:val="0"/>
                <w:sz w:val="17"/>
              </w:rPr>
              <w:br/>
            </w:r>
            <w:r>
              <w:rPr>
                <w:rFonts w:ascii="Yu Mincho" w:hAnsi="Yu Mincho" w:eastAsia="Yu Mincho"/>
                <w:b w:val="0"/>
                <w:sz w:val="17"/>
              </w:rPr>
              <w:t>特に観察を要する項目（該当する項目に○をつけてください）</w:t>
              <w:br/>
            </w:r>
            <w:r>
              <w:rPr>
                <w:rFonts w:ascii="Yu Mincho" w:hAnsi="Yu Mincho" w:eastAsia="Yu Mincho"/>
                <w:b w:val="0"/>
                <w:sz w:val="17"/>
              </w:rPr>
              <w:t xml:space="preserve">　1 服薬確認</w:t>
              <w:br/>
            </w:r>
            <w:r>
              <w:rPr>
                <w:rFonts w:ascii="Yu Mincho" w:hAnsi="Yu Mincho" w:eastAsia="Yu Mincho"/>
                <w:b w:val="0"/>
                <w:sz w:val="17"/>
              </w:rPr>
              <w:t xml:space="preserve">　2 水分及び食物摂取の状況</w:t>
              <w:br/>
            </w:r>
            <w:r>
              <w:rPr>
                <w:rFonts w:ascii="Yu Mincho" w:hAnsi="Yu Mincho" w:eastAsia="Yu Mincho"/>
                <w:b w:val="0"/>
                <w:sz w:val="17"/>
              </w:rPr>
              <w:t xml:space="preserve">　3 精神症状（観察が必要な事項：　　　　　　　　　　　　　　　）</w:t>
              <w:br/>
            </w:r>
            <w:r>
              <w:rPr>
                <w:rFonts w:ascii="Yu Mincho" w:hAnsi="Yu Mincho" w:eastAsia="Yu Mincho"/>
                <w:b w:val="0"/>
                <w:sz w:val="17"/>
              </w:rPr>
              <w:t xml:space="preserve">　4 身体症状（観察が必要な事項：　　　　　　　　　　　　　　　）</w:t>
              <w:br/>
            </w:r>
            <w:r>
              <w:rPr>
                <w:rFonts w:ascii="Yu Mincho" w:hAnsi="Yu Mincho" w:eastAsia="Yu Mincho"/>
                <w:b w:val="0"/>
                <w:sz w:val="17"/>
              </w:rPr>
              <w:t xml:space="preserve">　5 その他（　　　　　　　　　　　　　　　　　　　　　　　　　）</w:t>
            </w:r>
          </w:p>
        </w:tc>
      </w:tr>
      <w:tr>
        <w:trPr>
          <w:trHeight w:val="963" w:hRule="atLeast"/>
        </w:trPr>
        <w:tc>
          <w:tcPr>
            <w:tcW w:type="dxa" w:w="4422"/>
            <w:tcMar>
              <w:top w:w="30" w:type="dxa"/>
              <w:start w:w="45" w:type="dxa"/>
              <w:bottom w:w="30" w:type="dxa"/>
              <w:end w:w="45" w:type="dxa"/>
            </w:tcMar>
            <w:vAlign w:val="top"/>
          </w:tcPr>
          <w:p>
            <w:pPr>
              <w:spacing w:before="0" w:after="0" w:line="240" w:lineRule="auto"/>
            </w:pPr>
            <w:r>
              <w:rPr>
                <w:rFonts w:ascii="Yu Mincho" w:hAnsi="Yu Mincho" w:eastAsia="Yu Mincho"/>
                <w:b w:val="0"/>
                <w:sz w:val="19"/>
              </w:rPr>
              <w:t>緊急時の連絡先等</w:t>
            </w:r>
          </w:p>
        </w:tc>
        <w:tc>
          <w:tcPr>
            <w:tcW w:type="dxa" w:w="6009"/>
            <w:tcMar>
              <w:top w:w="30" w:type="dxa"/>
              <w:start w:w="45" w:type="dxa"/>
              <w:bottom w:w="30" w:type="dxa"/>
              <w:end w:w="45" w:type="dxa"/>
            </w:tcMar>
            <w:vAlign w:val="top"/>
          </w:tcPr>
          <w:p>
            <w:pPr>
              <w:spacing w:before="0" w:after="0" w:line="240" w:lineRule="auto"/>
            </w:pPr>
            <w:r>
              <w:rPr>
                <w:rFonts w:ascii="Yu Mincho" w:hAnsi="Yu Mincho" w:eastAsia="Yu Mincho"/>
                <w:b w:val="0"/>
                <w:sz w:val="19"/>
              </w:rPr>
              <w:t>不在時の対応法</w:t>
            </w:r>
          </w:p>
        </w:tc>
      </w:tr>
    </w:tbl>
    <w:p>
      <w:pPr>
        <w:spacing w:before="20" w:after="0"/>
      </w:pPr>
      <w:r>
        <w:rPr>
          <w:rFonts w:ascii="Yu Mincho" w:hAnsi="Yu Mincho" w:eastAsia="Yu Mincho"/>
          <w:b w:val="0"/>
          <w:sz w:val="19"/>
        </w:rPr>
        <w:t xml:space="preserve">　上記のとおり、指示いたします。　　　　　　　　　　　　　　　　　　　　　　　　　　　　　西暦</w:t>
      </w:r>
    </w:p>
    <w:p>
      <w:pPr>
        <w:spacing w:before="0" w:after="0"/>
      </w:pPr>
      <w:r>
        <w:rPr>
          <w:rFonts w:ascii="Yu Mincho" w:hAnsi="Yu Mincho" w:eastAsia="Yu Mincho"/>
          <w:b w:val="0"/>
          <w:sz w:val="19"/>
        </w:rPr>
        <w:t xml:space="preserve">　　　　年　　　月　　　日</w:t>
      </w:r>
    </w:p>
    <w:tbl>
      <w:tblPr>
        <w:tblW w:type="auto" w:w="0"/>
        <w:jc w:val="center"/>
        <w:tblLayout w:type="fixed"/>
        <w:tblLook w:firstColumn="1" w:firstRow="1" w:lastColumn="0" w:lastRow="0" w:noHBand="0" w:noVBand="1" w:val="04A0"/>
      </w:tblPr>
      <w:tblGrid>
        <w:gridCol w:w="5216"/>
        <w:gridCol w:w="5216"/>
      </w:tblGrid>
      <w:tr>
        <w:tc>
          <w:tcPr>
            <w:tcW w:type="dxa" w:w="4535"/>
            <w:tcBorders>
              <w:top w:val="nil"/>
              <w:left w:val="nil"/>
              <w:bottom w:val="nil"/>
              <w:right w:val="nil"/>
              <w:insideH w:val="nil"/>
              <w:insideV w:val="nil"/>
            </w:tcBorders>
            <w:tcMar>
              <w:top w:w="0" w:type="dxa"/>
              <w:start w:w="0" w:type="dxa"/>
              <w:bottom w:w="0" w:type="dxa"/>
              <w:end w:w="0" w:type="dxa"/>
            </w:tcMar>
          </w:tcPr>
          <w:p>
            <w:pPr>
              <w:spacing w:before="0" w:after="0"/>
            </w:pPr>
          </w:p>
        </w:tc>
        <w:tc>
          <w:tcPr>
            <w:tcW w:type="dxa" w:w="5896"/>
            <w:tcBorders>
              <w:top w:val="nil"/>
              <w:left w:val="nil"/>
              <w:bottom w:val="nil"/>
              <w:right w:val="nil"/>
              <w:insideH w:val="nil"/>
              <w:insideV w:val="nil"/>
            </w:tcBorders>
            <w:tcMar>
              <w:top w:w="0" w:type="dxa"/>
              <w:start w:w="0" w:type="dxa"/>
              <w:bottom w:w="0" w:type="dxa"/>
              <w:end w:w="0" w:type="dxa"/>
            </w:tcMar>
          </w:tcPr>
          <w:p>
            <w:pPr>
              <w:spacing w:after="0" w:before="0"/>
              <w:jc w:val="left"/>
            </w:pPr>
            <w:r>
              <w:rPr>
                <w:rFonts w:ascii="Yu Mincho" w:hAnsi="Yu Mincho" w:eastAsia="Yu Mincho"/>
                <w:b w:val="0"/>
                <w:sz w:val="18"/>
              </w:rPr>
              <w:t>医療機関名</w:t>
            </w:r>
          </w:p>
        </w:tc>
      </w:tr>
      <w:tr>
        <w:tc>
          <w:tcPr>
            <w:tcW w:type="dxa" w:w="4535"/>
            <w:tcBorders>
              <w:top w:val="nil"/>
              <w:left w:val="nil"/>
              <w:bottom w:val="nil"/>
              <w:right w:val="nil"/>
              <w:insideH w:val="nil"/>
              <w:insideV w:val="nil"/>
            </w:tcBorders>
            <w:tcMar>
              <w:top w:w="0" w:type="dxa"/>
              <w:start w:w="0" w:type="dxa"/>
              <w:bottom w:w="0" w:type="dxa"/>
              <w:end w:w="0" w:type="dxa"/>
            </w:tcMar>
          </w:tcPr>
          <w:p>
            <w:pPr>
              <w:spacing w:before="0" w:after="0"/>
            </w:pPr>
          </w:p>
        </w:tc>
        <w:tc>
          <w:tcPr>
            <w:tcW w:type="dxa" w:w="5896"/>
            <w:tcBorders>
              <w:top w:val="nil"/>
              <w:left w:val="nil"/>
              <w:bottom w:val="nil"/>
              <w:right w:val="nil"/>
              <w:insideH w:val="nil"/>
              <w:insideV w:val="nil"/>
            </w:tcBorders>
            <w:tcMar>
              <w:top w:w="0" w:type="dxa"/>
              <w:start w:w="0" w:type="dxa"/>
              <w:bottom w:w="0" w:type="dxa"/>
              <w:end w:w="0" w:type="dxa"/>
            </w:tcMar>
          </w:tcPr>
          <w:p>
            <w:pPr>
              <w:spacing w:after="0" w:before="0"/>
              <w:jc w:val="left"/>
            </w:pPr>
            <w:r>
              <w:rPr>
                <w:rFonts w:ascii="Yu Mincho" w:hAnsi="Yu Mincho" w:eastAsia="Yu Mincho"/>
                <w:b w:val="0"/>
                <w:sz w:val="18"/>
              </w:rPr>
              <w:t>住　　所</w:t>
            </w:r>
          </w:p>
        </w:tc>
      </w:tr>
      <w:tr>
        <w:tc>
          <w:tcPr>
            <w:tcW w:type="dxa" w:w="4535"/>
            <w:tcBorders>
              <w:top w:val="nil"/>
              <w:left w:val="nil"/>
              <w:bottom w:val="nil"/>
              <w:right w:val="nil"/>
              <w:insideH w:val="nil"/>
              <w:insideV w:val="nil"/>
            </w:tcBorders>
            <w:tcMar>
              <w:top w:w="0" w:type="dxa"/>
              <w:start w:w="0" w:type="dxa"/>
              <w:bottom w:w="0" w:type="dxa"/>
              <w:end w:w="0" w:type="dxa"/>
            </w:tcMar>
          </w:tcPr>
          <w:p>
            <w:pPr>
              <w:spacing w:before="0" w:after="0"/>
            </w:pPr>
          </w:p>
        </w:tc>
        <w:tc>
          <w:tcPr>
            <w:tcW w:type="dxa" w:w="5896"/>
            <w:tcBorders>
              <w:top w:val="nil"/>
              <w:left w:val="nil"/>
              <w:bottom w:val="nil"/>
              <w:right w:val="nil"/>
              <w:insideH w:val="nil"/>
              <w:insideV w:val="nil"/>
            </w:tcBorders>
            <w:tcMar>
              <w:top w:w="0" w:type="dxa"/>
              <w:start w:w="0" w:type="dxa"/>
              <w:bottom w:w="0" w:type="dxa"/>
              <w:end w:w="0" w:type="dxa"/>
            </w:tcMar>
          </w:tcPr>
          <w:p>
            <w:pPr>
              <w:spacing w:after="0" w:before="0"/>
              <w:jc w:val="left"/>
            </w:pPr>
            <w:r>
              <w:rPr>
                <w:rFonts w:ascii="Yu Mincho" w:hAnsi="Yu Mincho" w:eastAsia="Yu Mincho"/>
                <w:b w:val="0"/>
                <w:sz w:val="18"/>
              </w:rPr>
              <w:t>電　　話</w:t>
            </w:r>
          </w:p>
        </w:tc>
      </w:tr>
      <w:tr>
        <w:tc>
          <w:tcPr>
            <w:tcW w:type="dxa" w:w="4535"/>
            <w:tcBorders>
              <w:top w:val="nil"/>
              <w:left w:val="nil"/>
              <w:bottom w:val="nil"/>
              <w:right w:val="nil"/>
              <w:insideH w:val="nil"/>
              <w:insideV w:val="nil"/>
            </w:tcBorders>
            <w:tcMar>
              <w:top w:w="0" w:type="dxa"/>
              <w:start w:w="0" w:type="dxa"/>
              <w:bottom w:w="0" w:type="dxa"/>
              <w:end w:w="0" w:type="dxa"/>
            </w:tcMar>
          </w:tcPr>
          <w:p>
            <w:pPr>
              <w:spacing w:before="0" w:after="0"/>
            </w:pPr>
          </w:p>
        </w:tc>
        <w:tc>
          <w:tcPr>
            <w:tcW w:type="dxa" w:w="5896"/>
            <w:tcBorders>
              <w:top w:val="nil"/>
              <w:left w:val="nil"/>
              <w:bottom w:val="nil"/>
              <w:right w:val="nil"/>
              <w:insideH w:val="nil"/>
              <w:insideV w:val="nil"/>
            </w:tcBorders>
            <w:tcMar>
              <w:top w:w="0" w:type="dxa"/>
              <w:start w:w="0" w:type="dxa"/>
              <w:bottom w:w="0" w:type="dxa"/>
              <w:end w:w="0" w:type="dxa"/>
            </w:tcMar>
          </w:tcPr>
          <w:p>
            <w:pPr>
              <w:spacing w:after="0" w:before="0"/>
              <w:jc w:val="left"/>
            </w:pPr>
            <w:r>
              <w:rPr>
                <w:rFonts w:ascii="Yu Mincho" w:hAnsi="Yu Mincho" w:eastAsia="Yu Mincho"/>
                <w:b w:val="0"/>
                <w:sz w:val="18"/>
              </w:rPr>
              <w:t>（ＦＡＸ）</w:t>
            </w:r>
          </w:p>
        </w:tc>
      </w:tr>
      <w:tr>
        <w:tc>
          <w:tcPr>
            <w:tcW w:type="dxa" w:w="4535"/>
            <w:tcBorders>
              <w:top w:val="nil"/>
              <w:left w:val="nil"/>
              <w:bottom w:val="nil"/>
              <w:right w:val="nil"/>
              <w:insideH w:val="nil"/>
              <w:insideV w:val="nil"/>
            </w:tcBorders>
            <w:tcMar>
              <w:top w:w="0" w:type="dxa"/>
              <w:start w:w="0" w:type="dxa"/>
              <w:bottom w:w="0" w:type="dxa"/>
              <w:end w:w="0" w:type="dxa"/>
            </w:tcMar>
          </w:tcPr>
          <w:p>
            <w:pPr>
              <w:spacing w:before="0" w:after="0"/>
            </w:pPr>
          </w:p>
        </w:tc>
        <w:tc>
          <w:tcPr>
            <w:tcW w:type="dxa" w:w="5896"/>
            <w:tcBorders>
              <w:top w:val="nil"/>
              <w:left w:val="nil"/>
              <w:bottom w:val="nil"/>
              <w:right w:val="nil"/>
              <w:insideH w:val="nil"/>
              <w:insideV w:val="nil"/>
            </w:tcBorders>
            <w:tcMar>
              <w:top w:w="0" w:type="dxa"/>
              <w:start w:w="0" w:type="dxa"/>
              <w:bottom w:w="0" w:type="dxa"/>
              <w:end w:w="0" w:type="dxa"/>
            </w:tcMar>
          </w:tcPr>
          <w:p>
            <w:pPr>
              <w:spacing w:after="0" w:before="0"/>
              <w:jc w:val="left"/>
            </w:pPr>
            <w:r>
              <w:rPr>
                <w:rFonts w:ascii="Yu Mincho" w:hAnsi="Yu Mincho" w:eastAsia="Yu Mincho"/>
                <w:b w:val="0"/>
                <w:sz w:val="18"/>
              </w:rPr>
              <w:t>医師氏名　　　　　　　　　　　印</w:t>
            </w:r>
          </w:p>
        </w:tc>
      </w:tr>
    </w:tbl>
    <w:p>
      <w:pPr>
        <w:spacing w:before="0" w:after="0"/>
        <w:jc w:val="left"/>
      </w:pPr>
      <w:r>
        <w:rPr>
          <w:rFonts w:ascii="Yu Mincho" w:hAnsi="Yu Mincho" w:eastAsia="Yu Mincho"/>
          <w:b w:val="0"/>
          <w:sz w:val="19"/>
        </w:rPr>
        <w:t>訪問看護ステーション KiiRO</w:t>
      </w:r>
    </w:p>
    <w:sectPr w:rsidR="00FC693F" w:rsidRPr="0006063C" w:rsidSect="00034616">
      <w:pgSz w:w="11906" w:h="16838"/>
      <w:pgMar w:top="680" w:right="737" w:bottom="567" w:left="737"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Mincho" w:hAnsi="Yu Mincho" w:eastAsia="Yu Mincho"/>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